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89520" cy="981970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b45e7f-e96f-4249-927c-4ada8a42586b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981970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" w:right="144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